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77741" w14:textId="5536D47A" w:rsidR="00842BB0" w:rsidRPr="00842BB0" w:rsidRDefault="00E35786" w:rsidP="00842BB0">
      <w:pPr>
        <w:spacing w:after="20"/>
        <w:jc w:val="right"/>
        <w:rPr>
          <w:rFonts w:hint="eastAsia"/>
        </w:rPr>
      </w:pPr>
      <w:r>
        <w:rPr>
          <w:noProof/>
        </w:rPr>
        <w:drawing>
          <wp:inline distT="0" distB="0" distL="0" distR="0" wp14:anchorId="700F4A6C" wp14:editId="15A7053A">
            <wp:extent cx="2016000" cy="28843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ature1_0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6000" cy="288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D7494" w14:textId="01EF2768" w:rsidR="006756F0" w:rsidRDefault="00E35786">
      <w:pPr>
        <w:spacing w:after="40"/>
        <w:jc w:val="center"/>
        <w:rPr>
          <w:lang w:eastAsia="ko-KR"/>
        </w:rPr>
      </w:pPr>
      <w:r>
        <w:rPr>
          <w:b/>
          <w:sz w:val="34"/>
          <w:lang w:eastAsia="ko-KR"/>
        </w:rPr>
        <w:t>2026학년도 2학기 등록금 분할납부 신청서</w:t>
      </w:r>
    </w:p>
    <w:p w14:paraId="344E54F7" w14:textId="77777777" w:rsidR="006756F0" w:rsidRDefault="00E35786">
      <w:pPr>
        <w:spacing w:after="120"/>
        <w:jc w:val="center"/>
      </w:pPr>
      <w:r>
        <w:rPr>
          <w:b/>
          <w:sz w:val="21"/>
        </w:rPr>
        <w:t>웅지세무대학교</w:t>
      </w:r>
    </w:p>
    <w:tbl>
      <w:tblPr>
        <w:tblW w:w="0" w:type="auto"/>
        <w:jc w:val="center"/>
        <w:tblBorders>
          <w:top w:val="single" w:sz="8" w:space="0" w:color="B7B7B7"/>
          <w:left w:val="single" w:sz="8" w:space="0" w:color="B7B7B7"/>
          <w:bottom w:val="single" w:sz="8" w:space="0" w:color="B7B7B7"/>
          <w:right w:val="single" w:sz="8" w:space="0" w:color="B7B7B7"/>
          <w:insideH w:val="single" w:sz="8" w:space="0" w:color="B7B7B7"/>
          <w:insideV w:val="single" w:sz="8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304"/>
        <w:gridCol w:w="2551"/>
        <w:gridCol w:w="3515"/>
        <w:gridCol w:w="2494"/>
      </w:tblGrid>
      <w:tr w:rsidR="006756F0" w14:paraId="533E2318" w14:textId="77777777">
        <w:trPr>
          <w:jc w:val="center"/>
        </w:trPr>
        <w:tc>
          <w:tcPr>
            <w:tcW w:w="1304" w:type="dxa"/>
            <w:shd w:val="clear" w:color="auto" w:fill="EDEDED"/>
            <w:vAlign w:val="center"/>
          </w:tcPr>
          <w:p w14:paraId="3C1E63AB" w14:textId="77777777" w:rsidR="006756F0" w:rsidRDefault="00E35786">
            <w:pPr>
              <w:spacing w:after="0"/>
              <w:jc w:val="center"/>
            </w:pPr>
            <w:r>
              <w:rPr>
                <w:b/>
                <w:sz w:val="18"/>
              </w:rPr>
              <w:t>회차</w:t>
            </w:r>
          </w:p>
        </w:tc>
        <w:tc>
          <w:tcPr>
            <w:tcW w:w="2551" w:type="dxa"/>
            <w:shd w:val="clear" w:color="auto" w:fill="EDEDED"/>
            <w:vAlign w:val="center"/>
          </w:tcPr>
          <w:p w14:paraId="74E26C16" w14:textId="77777777" w:rsidR="006756F0" w:rsidRDefault="00E35786">
            <w:pPr>
              <w:spacing w:after="0"/>
              <w:jc w:val="center"/>
            </w:pPr>
            <w:r>
              <w:rPr>
                <w:b/>
                <w:sz w:val="18"/>
              </w:rPr>
              <w:t>납부기간</w:t>
            </w:r>
          </w:p>
        </w:tc>
        <w:tc>
          <w:tcPr>
            <w:tcW w:w="3515" w:type="dxa"/>
            <w:shd w:val="clear" w:color="auto" w:fill="EDEDED"/>
            <w:vAlign w:val="center"/>
          </w:tcPr>
          <w:p w14:paraId="2D598772" w14:textId="77777777" w:rsidR="006756F0" w:rsidRDefault="00E35786">
            <w:pPr>
              <w:spacing w:after="0"/>
              <w:jc w:val="center"/>
            </w:pPr>
            <w:r>
              <w:rPr>
                <w:b/>
                <w:sz w:val="18"/>
              </w:rPr>
              <w:t>납부금액</w:t>
            </w:r>
          </w:p>
        </w:tc>
        <w:tc>
          <w:tcPr>
            <w:tcW w:w="2494" w:type="dxa"/>
            <w:shd w:val="clear" w:color="auto" w:fill="EDEDED"/>
            <w:vAlign w:val="center"/>
          </w:tcPr>
          <w:p w14:paraId="5EADF934" w14:textId="77777777" w:rsidR="006756F0" w:rsidRDefault="00E35786">
            <w:pPr>
              <w:spacing w:after="0"/>
              <w:jc w:val="center"/>
            </w:pPr>
            <w:r>
              <w:rPr>
                <w:b/>
                <w:sz w:val="18"/>
              </w:rPr>
              <w:t>비고</w:t>
            </w:r>
          </w:p>
        </w:tc>
      </w:tr>
      <w:tr w:rsidR="006756F0" w14:paraId="5AC7C66E" w14:textId="77777777">
        <w:trPr>
          <w:jc w:val="center"/>
        </w:trPr>
        <w:tc>
          <w:tcPr>
            <w:tcW w:w="1304" w:type="dxa"/>
            <w:vAlign w:val="center"/>
          </w:tcPr>
          <w:p w14:paraId="11D53C71" w14:textId="77777777" w:rsidR="006756F0" w:rsidRDefault="00E35786">
            <w:pPr>
              <w:spacing w:after="0"/>
              <w:jc w:val="center"/>
            </w:pPr>
            <w:r>
              <w:rPr>
                <w:sz w:val="17"/>
              </w:rPr>
              <w:t>1차</w:t>
            </w:r>
          </w:p>
        </w:tc>
        <w:tc>
          <w:tcPr>
            <w:tcW w:w="2551" w:type="dxa"/>
            <w:vAlign w:val="center"/>
          </w:tcPr>
          <w:p w14:paraId="3C7C8408" w14:textId="45246AE6" w:rsidR="006756F0" w:rsidRDefault="00E35786">
            <w:pPr>
              <w:spacing w:after="0"/>
              <w:jc w:val="center"/>
            </w:pPr>
            <w:r>
              <w:rPr>
                <w:sz w:val="17"/>
              </w:rPr>
              <w:t xml:space="preserve">2026. 8. </w:t>
            </w:r>
            <w:r w:rsidR="00E5673E">
              <w:rPr>
                <w:sz w:val="17"/>
              </w:rPr>
              <w:t>24</w:t>
            </w:r>
            <w:r>
              <w:rPr>
                <w:sz w:val="17"/>
              </w:rPr>
              <w:t xml:space="preserve">. ~ 8. </w:t>
            </w:r>
            <w:r w:rsidR="00E5673E">
              <w:rPr>
                <w:sz w:val="17"/>
              </w:rPr>
              <w:t>28</w:t>
            </w:r>
            <w:r>
              <w:rPr>
                <w:sz w:val="17"/>
              </w:rPr>
              <w:t>.</w:t>
            </w:r>
          </w:p>
        </w:tc>
        <w:tc>
          <w:tcPr>
            <w:tcW w:w="3515" w:type="dxa"/>
            <w:vAlign w:val="center"/>
          </w:tcPr>
          <w:p w14:paraId="0FE1FD9A" w14:textId="050D21C1" w:rsidR="006756F0" w:rsidRDefault="00842BB0">
            <w:pPr>
              <w:spacing w:after="0"/>
              <w:jc w:val="center"/>
              <w:rPr>
                <w:rFonts w:hint="eastAsia"/>
                <w:lang w:eastAsia="ko-KR"/>
              </w:rPr>
            </w:pPr>
            <w:r>
              <w:rPr>
                <w:sz w:val="17"/>
                <w:lang w:eastAsia="ko-KR"/>
              </w:rPr>
              <w:t>80</w:t>
            </w:r>
            <w:r>
              <w:rPr>
                <w:rFonts w:hint="eastAsia"/>
                <w:sz w:val="17"/>
                <w:lang w:eastAsia="ko-KR"/>
              </w:rPr>
              <w:t>만원</w:t>
            </w:r>
          </w:p>
        </w:tc>
        <w:tc>
          <w:tcPr>
            <w:tcW w:w="2494" w:type="dxa"/>
            <w:vAlign w:val="center"/>
          </w:tcPr>
          <w:p w14:paraId="6BCAB67D" w14:textId="1C457DED" w:rsidR="006756F0" w:rsidRDefault="00E35786">
            <w:pPr>
              <w:spacing w:after="0"/>
              <w:jc w:val="center"/>
            </w:pPr>
            <w:r>
              <w:rPr>
                <w:sz w:val="17"/>
              </w:rPr>
              <w:t xml:space="preserve">8월 </w:t>
            </w:r>
            <w:r w:rsidR="00842BB0">
              <w:rPr>
                <w:sz w:val="17"/>
              </w:rPr>
              <w:t>28</w:t>
            </w:r>
            <w:r>
              <w:rPr>
                <w:sz w:val="17"/>
              </w:rPr>
              <w:t xml:space="preserve">일까지 </w:t>
            </w:r>
            <w:proofErr w:type="spellStart"/>
            <w:r>
              <w:rPr>
                <w:sz w:val="17"/>
              </w:rPr>
              <w:t>반드시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납부</w:t>
            </w:r>
            <w:proofErr w:type="spellEnd"/>
          </w:p>
        </w:tc>
      </w:tr>
      <w:tr w:rsidR="006756F0" w14:paraId="1243A6AD" w14:textId="77777777">
        <w:trPr>
          <w:jc w:val="center"/>
        </w:trPr>
        <w:tc>
          <w:tcPr>
            <w:tcW w:w="1304" w:type="dxa"/>
            <w:vAlign w:val="center"/>
          </w:tcPr>
          <w:p w14:paraId="3D144EE4" w14:textId="77777777" w:rsidR="006756F0" w:rsidRDefault="00E35786">
            <w:pPr>
              <w:spacing w:after="0"/>
              <w:jc w:val="center"/>
            </w:pPr>
            <w:r>
              <w:rPr>
                <w:sz w:val="17"/>
              </w:rPr>
              <w:t>2차</w:t>
            </w:r>
          </w:p>
        </w:tc>
        <w:tc>
          <w:tcPr>
            <w:tcW w:w="2551" w:type="dxa"/>
            <w:vAlign w:val="center"/>
          </w:tcPr>
          <w:p w14:paraId="4F234E01" w14:textId="77777777" w:rsidR="006756F0" w:rsidRDefault="00E35786">
            <w:pPr>
              <w:spacing w:after="0"/>
              <w:jc w:val="center"/>
            </w:pPr>
            <w:r>
              <w:rPr>
                <w:sz w:val="17"/>
              </w:rPr>
              <w:t>2026. 9. 28. ~ 9. 29.</w:t>
            </w:r>
          </w:p>
        </w:tc>
        <w:tc>
          <w:tcPr>
            <w:tcW w:w="3515" w:type="dxa"/>
            <w:vAlign w:val="center"/>
          </w:tcPr>
          <w:p w14:paraId="187459A7" w14:textId="7E846D94" w:rsidR="006756F0" w:rsidRDefault="00842BB0">
            <w:pPr>
              <w:spacing w:after="0"/>
              <w:jc w:val="center"/>
            </w:pPr>
            <w:r>
              <w:rPr>
                <w:sz w:val="17"/>
                <w:lang w:eastAsia="ko-KR"/>
              </w:rPr>
              <w:t>80</w:t>
            </w:r>
            <w:r>
              <w:rPr>
                <w:rFonts w:hint="eastAsia"/>
                <w:sz w:val="17"/>
                <w:lang w:eastAsia="ko-KR"/>
              </w:rPr>
              <w:t>만원</w:t>
            </w:r>
          </w:p>
        </w:tc>
        <w:tc>
          <w:tcPr>
            <w:tcW w:w="2494" w:type="dxa"/>
            <w:vAlign w:val="center"/>
          </w:tcPr>
          <w:p w14:paraId="42A0149D" w14:textId="77777777" w:rsidR="006756F0" w:rsidRDefault="006756F0">
            <w:pPr>
              <w:spacing w:after="0"/>
              <w:jc w:val="center"/>
            </w:pPr>
          </w:p>
        </w:tc>
      </w:tr>
      <w:tr w:rsidR="006756F0" w14:paraId="2CE65E23" w14:textId="77777777">
        <w:trPr>
          <w:jc w:val="center"/>
        </w:trPr>
        <w:tc>
          <w:tcPr>
            <w:tcW w:w="1304" w:type="dxa"/>
            <w:vAlign w:val="center"/>
          </w:tcPr>
          <w:p w14:paraId="485DF3F1" w14:textId="77777777" w:rsidR="006756F0" w:rsidRDefault="00E35786">
            <w:pPr>
              <w:spacing w:after="0"/>
              <w:jc w:val="center"/>
            </w:pPr>
            <w:r>
              <w:rPr>
                <w:sz w:val="17"/>
              </w:rPr>
              <w:t>3차</w:t>
            </w:r>
          </w:p>
        </w:tc>
        <w:tc>
          <w:tcPr>
            <w:tcW w:w="2551" w:type="dxa"/>
            <w:vAlign w:val="center"/>
          </w:tcPr>
          <w:p w14:paraId="57644E20" w14:textId="77777777" w:rsidR="006756F0" w:rsidRDefault="00E35786">
            <w:pPr>
              <w:spacing w:after="0"/>
              <w:jc w:val="center"/>
            </w:pPr>
            <w:r>
              <w:rPr>
                <w:sz w:val="17"/>
              </w:rPr>
              <w:t>2026. 10. 26. ~ 10. 27.</w:t>
            </w:r>
          </w:p>
        </w:tc>
        <w:tc>
          <w:tcPr>
            <w:tcW w:w="3515" w:type="dxa"/>
            <w:vAlign w:val="center"/>
          </w:tcPr>
          <w:p w14:paraId="3E15F8D8" w14:textId="4A13ED92" w:rsidR="006756F0" w:rsidRDefault="00842BB0">
            <w:pPr>
              <w:spacing w:after="0"/>
              <w:jc w:val="center"/>
            </w:pPr>
            <w:r>
              <w:rPr>
                <w:sz w:val="17"/>
                <w:lang w:eastAsia="ko-KR"/>
              </w:rPr>
              <w:t>8</w:t>
            </w:r>
            <w:r>
              <w:rPr>
                <w:sz w:val="17"/>
                <w:lang w:eastAsia="ko-KR"/>
              </w:rPr>
              <w:t>8</w:t>
            </w:r>
            <w:r>
              <w:rPr>
                <w:rFonts w:hint="eastAsia"/>
                <w:sz w:val="17"/>
                <w:lang w:eastAsia="ko-KR"/>
              </w:rPr>
              <w:t>만원</w:t>
            </w:r>
          </w:p>
        </w:tc>
        <w:tc>
          <w:tcPr>
            <w:tcW w:w="2494" w:type="dxa"/>
            <w:vAlign w:val="center"/>
          </w:tcPr>
          <w:p w14:paraId="6BF83A6D" w14:textId="77777777" w:rsidR="006756F0" w:rsidRDefault="00E35786">
            <w:pPr>
              <w:spacing w:after="0"/>
              <w:jc w:val="center"/>
            </w:pPr>
            <w:r>
              <w:rPr>
                <w:sz w:val="17"/>
              </w:rPr>
              <w:t>10월 27일까지 전액 완납</w:t>
            </w:r>
          </w:p>
        </w:tc>
      </w:tr>
    </w:tbl>
    <w:p w14:paraId="1CB625FB" w14:textId="4EEBCBB5" w:rsidR="006756F0" w:rsidRDefault="00E35786">
      <w:pPr>
        <w:spacing w:before="10" w:after="10"/>
        <w:ind w:left="113"/>
        <w:rPr>
          <w:lang w:eastAsia="ko-KR"/>
        </w:rPr>
      </w:pPr>
      <w:r>
        <w:rPr>
          <w:b/>
          <w:sz w:val="17"/>
          <w:lang w:eastAsia="ko-KR"/>
        </w:rPr>
        <w:t xml:space="preserve">※ 최초 1회분은 반드시 2026년 8월 </w:t>
      </w:r>
      <w:r w:rsidR="00842BB0">
        <w:rPr>
          <w:b/>
          <w:sz w:val="17"/>
          <w:lang w:eastAsia="ko-KR"/>
        </w:rPr>
        <w:t>28</w:t>
      </w:r>
      <w:r>
        <w:rPr>
          <w:b/>
          <w:sz w:val="17"/>
          <w:lang w:eastAsia="ko-KR"/>
        </w:rPr>
        <w:t>일까지 납부하여야 합니다.</w:t>
      </w:r>
    </w:p>
    <w:p w14:paraId="12DBC9AE" w14:textId="77777777" w:rsidR="006756F0" w:rsidRDefault="00E35786">
      <w:pPr>
        <w:spacing w:before="10" w:after="10"/>
        <w:ind w:left="113"/>
        <w:rPr>
          <w:lang w:eastAsia="ko-KR"/>
        </w:rPr>
      </w:pPr>
      <w:r>
        <w:rPr>
          <w:b/>
          <w:sz w:val="17"/>
          <w:lang w:eastAsia="ko-KR"/>
        </w:rPr>
        <w:t>※ 1차 등록금 미납 시 분할납부 신청이 취소 처리될 수 있습니다.</w:t>
      </w:r>
    </w:p>
    <w:p w14:paraId="43DEA1DE" w14:textId="77777777" w:rsidR="006756F0" w:rsidRDefault="00E35786">
      <w:pPr>
        <w:spacing w:before="10" w:after="10"/>
        <w:ind w:left="113"/>
        <w:rPr>
          <w:lang w:eastAsia="ko-KR"/>
        </w:rPr>
      </w:pPr>
      <w:r>
        <w:rPr>
          <w:b/>
          <w:sz w:val="17"/>
          <w:lang w:eastAsia="ko-KR"/>
        </w:rPr>
        <w:t>※ 등록금 분할납부 신청자는 2026년 10월 27일까지 등록금 전액을 납부하여야 합니다.</w:t>
      </w:r>
    </w:p>
    <w:p w14:paraId="4EF49199" w14:textId="77777777" w:rsidR="006756F0" w:rsidRDefault="00E35786">
      <w:pPr>
        <w:spacing w:before="80" w:after="40"/>
      </w:pPr>
      <w:r>
        <w:rPr>
          <w:b/>
          <w:sz w:val="21"/>
        </w:rPr>
        <w:t xml:space="preserve">1. </w:t>
      </w:r>
      <w:proofErr w:type="spellStart"/>
      <w:r>
        <w:rPr>
          <w:b/>
          <w:sz w:val="21"/>
        </w:rPr>
        <w:t>신청자</w:t>
      </w:r>
      <w:proofErr w:type="spellEnd"/>
      <w:r>
        <w:rPr>
          <w:b/>
          <w:sz w:val="21"/>
        </w:rPr>
        <w:t xml:space="preserve"> </w:t>
      </w:r>
      <w:proofErr w:type="spellStart"/>
      <w:r>
        <w:rPr>
          <w:b/>
          <w:sz w:val="21"/>
        </w:rPr>
        <w:t>정보</w:t>
      </w:r>
      <w:proofErr w:type="spellEnd"/>
    </w:p>
    <w:tbl>
      <w:tblPr>
        <w:tblW w:w="0" w:type="auto"/>
        <w:jc w:val="center"/>
        <w:tblBorders>
          <w:top w:val="single" w:sz="8" w:space="0" w:color="B7B7B7"/>
          <w:left w:val="single" w:sz="8" w:space="0" w:color="B7B7B7"/>
          <w:bottom w:val="single" w:sz="8" w:space="0" w:color="B7B7B7"/>
          <w:right w:val="single" w:sz="8" w:space="0" w:color="B7B7B7"/>
          <w:insideH w:val="single" w:sz="8" w:space="0" w:color="B7B7B7"/>
          <w:insideV w:val="single" w:sz="8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3572"/>
        <w:gridCol w:w="1417"/>
        <w:gridCol w:w="3458"/>
      </w:tblGrid>
      <w:tr w:rsidR="006756F0" w14:paraId="2F3B3F8B" w14:textId="77777777">
        <w:trPr>
          <w:jc w:val="center"/>
        </w:trPr>
        <w:tc>
          <w:tcPr>
            <w:tcW w:w="1417" w:type="dxa"/>
            <w:shd w:val="clear" w:color="auto" w:fill="F3F3F3"/>
            <w:vAlign w:val="center"/>
          </w:tcPr>
          <w:p w14:paraId="17826D28" w14:textId="77777777" w:rsidR="006756F0" w:rsidRDefault="00E35786">
            <w:pPr>
              <w:spacing w:after="0"/>
              <w:jc w:val="center"/>
            </w:pPr>
            <w:r>
              <w:rPr>
                <w:b/>
                <w:sz w:val="17"/>
              </w:rPr>
              <w:t>성명</w:t>
            </w:r>
          </w:p>
        </w:tc>
        <w:tc>
          <w:tcPr>
            <w:tcW w:w="3572" w:type="dxa"/>
            <w:vAlign w:val="center"/>
          </w:tcPr>
          <w:p w14:paraId="01A25174" w14:textId="77777777" w:rsidR="006756F0" w:rsidRDefault="006756F0">
            <w:pPr>
              <w:spacing w:after="0"/>
              <w:jc w:val="center"/>
            </w:pPr>
          </w:p>
        </w:tc>
        <w:tc>
          <w:tcPr>
            <w:tcW w:w="1417" w:type="dxa"/>
            <w:shd w:val="clear" w:color="auto" w:fill="F3F3F3"/>
            <w:vAlign w:val="center"/>
          </w:tcPr>
          <w:p w14:paraId="4B1B9247" w14:textId="77777777" w:rsidR="006756F0" w:rsidRDefault="00E35786">
            <w:pPr>
              <w:spacing w:after="0"/>
              <w:jc w:val="center"/>
            </w:pPr>
            <w:r>
              <w:rPr>
                <w:b/>
                <w:sz w:val="17"/>
              </w:rPr>
              <w:t>학번</w:t>
            </w:r>
          </w:p>
        </w:tc>
        <w:tc>
          <w:tcPr>
            <w:tcW w:w="3458" w:type="dxa"/>
            <w:vAlign w:val="center"/>
          </w:tcPr>
          <w:p w14:paraId="7BC77E0A" w14:textId="77777777" w:rsidR="006756F0" w:rsidRDefault="006756F0">
            <w:pPr>
              <w:spacing w:after="0"/>
              <w:jc w:val="center"/>
            </w:pPr>
          </w:p>
        </w:tc>
      </w:tr>
      <w:tr w:rsidR="006756F0" w14:paraId="310BA75A" w14:textId="77777777">
        <w:trPr>
          <w:jc w:val="center"/>
        </w:trPr>
        <w:tc>
          <w:tcPr>
            <w:tcW w:w="1417" w:type="dxa"/>
            <w:shd w:val="clear" w:color="auto" w:fill="F3F3F3"/>
            <w:vAlign w:val="center"/>
          </w:tcPr>
          <w:p w14:paraId="0F017F5B" w14:textId="77777777" w:rsidR="006756F0" w:rsidRDefault="00E35786">
            <w:pPr>
              <w:spacing w:after="0"/>
              <w:jc w:val="center"/>
            </w:pPr>
            <w:r>
              <w:rPr>
                <w:b/>
                <w:sz w:val="17"/>
              </w:rPr>
              <w:t>학과(부)</w:t>
            </w:r>
          </w:p>
        </w:tc>
        <w:tc>
          <w:tcPr>
            <w:tcW w:w="3572" w:type="dxa"/>
            <w:vAlign w:val="center"/>
          </w:tcPr>
          <w:p w14:paraId="477F80F4" w14:textId="77777777" w:rsidR="006756F0" w:rsidRDefault="006756F0">
            <w:pPr>
              <w:spacing w:after="0"/>
              <w:jc w:val="center"/>
            </w:pPr>
          </w:p>
        </w:tc>
        <w:tc>
          <w:tcPr>
            <w:tcW w:w="1417" w:type="dxa"/>
            <w:shd w:val="clear" w:color="auto" w:fill="F3F3F3"/>
            <w:vAlign w:val="center"/>
          </w:tcPr>
          <w:p w14:paraId="0182E1A4" w14:textId="77777777" w:rsidR="006756F0" w:rsidRDefault="00E35786">
            <w:pPr>
              <w:spacing w:after="0"/>
              <w:jc w:val="center"/>
            </w:pPr>
            <w:r>
              <w:rPr>
                <w:b/>
                <w:sz w:val="17"/>
              </w:rPr>
              <w:t>학년</w:t>
            </w:r>
          </w:p>
        </w:tc>
        <w:tc>
          <w:tcPr>
            <w:tcW w:w="3458" w:type="dxa"/>
            <w:vAlign w:val="center"/>
          </w:tcPr>
          <w:p w14:paraId="1517119E" w14:textId="77777777" w:rsidR="006756F0" w:rsidRDefault="006756F0">
            <w:pPr>
              <w:spacing w:after="0"/>
              <w:jc w:val="center"/>
            </w:pPr>
          </w:p>
        </w:tc>
      </w:tr>
      <w:tr w:rsidR="006756F0" w14:paraId="30C0CCC0" w14:textId="77777777">
        <w:trPr>
          <w:jc w:val="center"/>
        </w:trPr>
        <w:tc>
          <w:tcPr>
            <w:tcW w:w="1417" w:type="dxa"/>
            <w:shd w:val="clear" w:color="auto" w:fill="F3F3F3"/>
            <w:vAlign w:val="center"/>
          </w:tcPr>
          <w:p w14:paraId="271FFB94" w14:textId="77777777" w:rsidR="006756F0" w:rsidRDefault="00E35786">
            <w:pPr>
              <w:spacing w:after="0"/>
              <w:jc w:val="center"/>
            </w:pPr>
            <w:r>
              <w:rPr>
                <w:b/>
                <w:sz w:val="17"/>
              </w:rPr>
              <w:t>휴대폰</w:t>
            </w:r>
          </w:p>
        </w:tc>
        <w:tc>
          <w:tcPr>
            <w:tcW w:w="3572" w:type="dxa"/>
            <w:vAlign w:val="center"/>
          </w:tcPr>
          <w:p w14:paraId="110330BA" w14:textId="77777777" w:rsidR="006756F0" w:rsidRDefault="006756F0">
            <w:pPr>
              <w:spacing w:after="0"/>
              <w:jc w:val="center"/>
            </w:pPr>
          </w:p>
        </w:tc>
        <w:tc>
          <w:tcPr>
            <w:tcW w:w="1417" w:type="dxa"/>
            <w:shd w:val="clear" w:color="auto" w:fill="F3F3F3"/>
            <w:vAlign w:val="center"/>
          </w:tcPr>
          <w:p w14:paraId="42710422" w14:textId="77777777" w:rsidR="006756F0" w:rsidRDefault="00E35786">
            <w:pPr>
              <w:spacing w:after="0"/>
              <w:jc w:val="center"/>
            </w:pPr>
            <w:r>
              <w:rPr>
                <w:b/>
                <w:sz w:val="17"/>
              </w:rPr>
              <w:t>이메일</w:t>
            </w:r>
          </w:p>
        </w:tc>
        <w:tc>
          <w:tcPr>
            <w:tcW w:w="3458" w:type="dxa"/>
            <w:vAlign w:val="center"/>
          </w:tcPr>
          <w:p w14:paraId="04B86329" w14:textId="77777777" w:rsidR="006756F0" w:rsidRDefault="006756F0">
            <w:pPr>
              <w:spacing w:after="0"/>
              <w:jc w:val="center"/>
            </w:pPr>
          </w:p>
        </w:tc>
      </w:tr>
      <w:tr w:rsidR="006756F0" w14:paraId="57D18982" w14:textId="77777777">
        <w:trPr>
          <w:jc w:val="center"/>
        </w:trPr>
        <w:tc>
          <w:tcPr>
            <w:tcW w:w="1417" w:type="dxa"/>
            <w:shd w:val="clear" w:color="auto" w:fill="F3F3F3"/>
            <w:vAlign w:val="center"/>
          </w:tcPr>
          <w:p w14:paraId="6F7BA5B5" w14:textId="77777777" w:rsidR="006756F0" w:rsidRDefault="00E35786">
            <w:pPr>
              <w:spacing w:after="0"/>
              <w:jc w:val="center"/>
            </w:pPr>
            <w:r>
              <w:rPr>
                <w:b/>
                <w:sz w:val="17"/>
              </w:rPr>
              <w:t>주소</w:t>
            </w:r>
          </w:p>
        </w:tc>
        <w:tc>
          <w:tcPr>
            <w:tcW w:w="8447" w:type="dxa"/>
            <w:gridSpan w:val="3"/>
            <w:vAlign w:val="center"/>
          </w:tcPr>
          <w:p w14:paraId="7591074A" w14:textId="77777777" w:rsidR="006756F0" w:rsidRDefault="006756F0">
            <w:pPr>
              <w:spacing w:after="0"/>
              <w:jc w:val="center"/>
            </w:pPr>
          </w:p>
        </w:tc>
      </w:tr>
    </w:tbl>
    <w:p w14:paraId="1C952229" w14:textId="77777777" w:rsidR="006756F0" w:rsidRDefault="00E35786">
      <w:pPr>
        <w:spacing w:before="80" w:after="40"/>
      </w:pPr>
      <w:r>
        <w:rPr>
          <w:b/>
          <w:sz w:val="21"/>
        </w:rPr>
        <w:t>2. 등록금 및 분할납부 계획</w:t>
      </w:r>
    </w:p>
    <w:tbl>
      <w:tblPr>
        <w:tblW w:w="0" w:type="auto"/>
        <w:jc w:val="center"/>
        <w:tblBorders>
          <w:top w:val="single" w:sz="8" w:space="0" w:color="B7B7B7"/>
          <w:left w:val="single" w:sz="8" w:space="0" w:color="B7B7B7"/>
          <w:bottom w:val="single" w:sz="8" w:space="0" w:color="B7B7B7"/>
          <w:right w:val="single" w:sz="8" w:space="0" w:color="B7B7B7"/>
          <w:insideH w:val="single" w:sz="8" w:space="0" w:color="B7B7B7"/>
          <w:insideV w:val="single" w:sz="8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928"/>
        <w:gridCol w:w="3061"/>
        <w:gridCol w:w="1928"/>
        <w:gridCol w:w="2948"/>
      </w:tblGrid>
      <w:tr w:rsidR="006756F0" w14:paraId="663BCCA3" w14:textId="77777777">
        <w:trPr>
          <w:jc w:val="center"/>
        </w:trPr>
        <w:tc>
          <w:tcPr>
            <w:tcW w:w="1928" w:type="dxa"/>
            <w:shd w:val="clear" w:color="auto" w:fill="F3F3F3"/>
            <w:vAlign w:val="center"/>
          </w:tcPr>
          <w:p w14:paraId="204C41E2" w14:textId="77777777" w:rsidR="006756F0" w:rsidRDefault="00E35786">
            <w:pPr>
              <w:spacing w:after="0"/>
              <w:jc w:val="center"/>
            </w:pPr>
            <w:r>
              <w:rPr>
                <w:b/>
                <w:sz w:val="17"/>
              </w:rPr>
              <w:t>등록금액</w:t>
            </w:r>
          </w:p>
        </w:tc>
        <w:tc>
          <w:tcPr>
            <w:tcW w:w="3061" w:type="dxa"/>
            <w:vAlign w:val="center"/>
          </w:tcPr>
          <w:p w14:paraId="28883D6A" w14:textId="77777777" w:rsidR="006756F0" w:rsidRDefault="00E35786">
            <w:pPr>
              <w:spacing w:after="0"/>
              <w:jc w:val="center"/>
            </w:pPr>
            <w:r>
              <w:rPr>
                <w:sz w:val="17"/>
              </w:rPr>
              <w:t>원</w:t>
            </w:r>
          </w:p>
        </w:tc>
        <w:tc>
          <w:tcPr>
            <w:tcW w:w="1928" w:type="dxa"/>
            <w:shd w:val="clear" w:color="auto" w:fill="F3F3F3"/>
            <w:vAlign w:val="center"/>
          </w:tcPr>
          <w:p w14:paraId="0DA8DBD6" w14:textId="77777777" w:rsidR="006756F0" w:rsidRDefault="00E35786">
            <w:pPr>
              <w:spacing w:after="0"/>
              <w:jc w:val="center"/>
            </w:pPr>
            <w:r>
              <w:rPr>
                <w:b/>
                <w:sz w:val="17"/>
              </w:rPr>
              <w:t>장학금액</w:t>
            </w:r>
          </w:p>
        </w:tc>
        <w:tc>
          <w:tcPr>
            <w:tcW w:w="2948" w:type="dxa"/>
            <w:vAlign w:val="center"/>
          </w:tcPr>
          <w:p w14:paraId="2206496E" w14:textId="77777777" w:rsidR="006756F0" w:rsidRDefault="00E35786">
            <w:pPr>
              <w:spacing w:after="0"/>
              <w:jc w:val="center"/>
            </w:pPr>
            <w:r>
              <w:rPr>
                <w:sz w:val="17"/>
              </w:rPr>
              <w:t>원</w:t>
            </w:r>
          </w:p>
        </w:tc>
      </w:tr>
      <w:tr w:rsidR="006756F0" w14:paraId="484AAB79" w14:textId="77777777">
        <w:trPr>
          <w:jc w:val="center"/>
        </w:trPr>
        <w:tc>
          <w:tcPr>
            <w:tcW w:w="1928" w:type="dxa"/>
            <w:shd w:val="clear" w:color="auto" w:fill="F3F3F3"/>
            <w:vAlign w:val="center"/>
          </w:tcPr>
          <w:p w14:paraId="1F267497" w14:textId="77777777" w:rsidR="006756F0" w:rsidRDefault="00E35786">
            <w:pPr>
              <w:spacing w:after="0"/>
              <w:jc w:val="center"/>
            </w:pPr>
            <w:r>
              <w:rPr>
                <w:b/>
                <w:sz w:val="17"/>
              </w:rPr>
              <w:t>고지금액</w:t>
            </w:r>
          </w:p>
        </w:tc>
        <w:tc>
          <w:tcPr>
            <w:tcW w:w="3061" w:type="dxa"/>
            <w:vAlign w:val="center"/>
          </w:tcPr>
          <w:p w14:paraId="2153837F" w14:textId="77777777" w:rsidR="006756F0" w:rsidRDefault="00E35786">
            <w:pPr>
              <w:spacing w:after="0"/>
              <w:jc w:val="center"/>
            </w:pPr>
            <w:r>
              <w:rPr>
                <w:sz w:val="17"/>
              </w:rPr>
              <w:t>원</w:t>
            </w:r>
          </w:p>
        </w:tc>
        <w:tc>
          <w:tcPr>
            <w:tcW w:w="1928" w:type="dxa"/>
            <w:shd w:val="clear" w:color="auto" w:fill="F3F3F3"/>
            <w:vAlign w:val="center"/>
          </w:tcPr>
          <w:p w14:paraId="1BE87349" w14:textId="77777777" w:rsidR="006756F0" w:rsidRDefault="00E35786">
            <w:pPr>
              <w:spacing w:after="0"/>
              <w:jc w:val="center"/>
            </w:pPr>
            <w:r>
              <w:rPr>
                <w:b/>
                <w:sz w:val="17"/>
              </w:rPr>
              <w:t>분납신청액</w:t>
            </w:r>
          </w:p>
        </w:tc>
        <w:tc>
          <w:tcPr>
            <w:tcW w:w="2948" w:type="dxa"/>
            <w:vAlign w:val="center"/>
          </w:tcPr>
          <w:p w14:paraId="3F9B6A52" w14:textId="77777777" w:rsidR="006756F0" w:rsidRDefault="00E35786">
            <w:pPr>
              <w:spacing w:after="0"/>
              <w:jc w:val="center"/>
            </w:pPr>
            <w:r>
              <w:rPr>
                <w:sz w:val="17"/>
              </w:rPr>
              <w:t>원</w:t>
            </w:r>
          </w:p>
        </w:tc>
      </w:tr>
      <w:tr w:rsidR="006756F0" w14:paraId="0DF653A7" w14:textId="77777777">
        <w:trPr>
          <w:jc w:val="center"/>
        </w:trPr>
        <w:tc>
          <w:tcPr>
            <w:tcW w:w="1928" w:type="dxa"/>
            <w:shd w:val="clear" w:color="auto" w:fill="F3F3F3"/>
            <w:vAlign w:val="center"/>
          </w:tcPr>
          <w:p w14:paraId="73A11912" w14:textId="77777777" w:rsidR="006756F0" w:rsidRDefault="00E35786">
            <w:pPr>
              <w:spacing w:after="0"/>
              <w:jc w:val="center"/>
            </w:pPr>
            <w:r>
              <w:rPr>
                <w:b/>
                <w:sz w:val="17"/>
              </w:rPr>
              <w:t>1차 납부예정액</w:t>
            </w:r>
          </w:p>
        </w:tc>
        <w:tc>
          <w:tcPr>
            <w:tcW w:w="3061" w:type="dxa"/>
            <w:vAlign w:val="center"/>
          </w:tcPr>
          <w:p w14:paraId="064BB8C2" w14:textId="77777777" w:rsidR="006756F0" w:rsidRDefault="00E35786">
            <w:pPr>
              <w:spacing w:after="0"/>
              <w:jc w:val="center"/>
            </w:pPr>
            <w:r>
              <w:rPr>
                <w:sz w:val="17"/>
              </w:rPr>
              <w:t>원</w:t>
            </w:r>
          </w:p>
        </w:tc>
        <w:tc>
          <w:tcPr>
            <w:tcW w:w="1928" w:type="dxa"/>
            <w:shd w:val="clear" w:color="auto" w:fill="F3F3F3"/>
            <w:vAlign w:val="center"/>
          </w:tcPr>
          <w:p w14:paraId="21FBAFA3" w14:textId="77777777" w:rsidR="006756F0" w:rsidRDefault="00E35786">
            <w:pPr>
              <w:spacing w:after="0"/>
              <w:jc w:val="center"/>
            </w:pPr>
            <w:r>
              <w:rPr>
                <w:b/>
                <w:sz w:val="17"/>
              </w:rPr>
              <w:t>납부예정일</w:t>
            </w:r>
          </w:p>
        </w:tc>
        <w:tc>
          <w:tcPr>
            <w:tcW w:w="2948" w:type="dxa"/>
            <w:vAlign w:val="center"/>
          </w:tcPr>
          <w:p w14:paraId="4F8DCCCA" w14:textId="77777777" w:rsidR="006756F0" w:rsidRDefault="00E35786">
            <w:pPr>
              <w:spacing w:after="0"/>
              <w:jc w:val="center"/>
            </w:pPr>
            <w:r>
              <w:rPr>
                <w:sz w:val="17"/>
              </w:rPr>
              <w:t>2026. 8.     .</w:t>
            </w:r>
          </w:p>
        </w:tc>
      </w:tr>
      <w:tr w:rsidR="006756F0" w14:paraId="09C5D847" w14:textId="77777777">
        <w:trPr>
          <w:jc w:val="center"/>
        </w:trPr>
        <w:tc>
          <w:tcPr>
            <w:tcW w:w="1928" w:type="dxa"/>
            <w:shd w:val="clear" w:color="auto" w:fill="F3F3F3"/>
            <w:vAlign w:val="center"/>
          </w:tcPr>
          <w:p w14:paraId="3DF3E138" w14:textId="77777777" w:rsidR="006756F0" w:rsidRDefault="00E35786">
            <w:pPr>
              <w:spacing w:after="0"/>
              <w:jc w:val="center"/>
            </w:pPr>
            <w:r>
              <w:rPr>
                <w:b/>
                <w:sz w:val="17"/>
              </w:rPr>
              <w:t>2차 납부예정액</w:t>
            </w:r>
          </w:p>
        </w:tc>
        <w:tc>
          <w:tcPr>
            <w:tcW w:w="3061" w:type="dxa"/>
            <w:vAlign w:val="center"/>
          </w:tcPr>
          <w:p w14:paraId="5013F9FC" w14:textId="77777777" w:rsidR="006756F0" w:rsidRDefault="00E35786">
            <w:pPr>
              <w:spacing w:after="0"/>
              <w:jc w:val="center"/>
            </w:pPr>
            <w:r>
              <w:rPr>
                <w:sz w:val="17"/>
              </w:rPr>
              <w:t>원</w:t>
            </w:r>
          </w:p>
        </w:tc>
        <w:tc>
          <w:tcPr>
            <w:tcW w:w="1928" w:type="dxa"/>
            <w:shd w:val="clear" w:color="auto" w:fill="F3F3F3"/>
            <w:vAlign w:val="center"/>
          </w:tcPr>
          <w:p w14:paraId="296A0DD1" w14:textId="77777777" w:rsidR="006756F0" w:rsidRDefault="00E35786">
            <w:pPr>
              <w:spacing w:after="0"/>
              <w:jc w:val="center"/>
            </w:pPr>
            <w:r>
              <w:rPr>
                <w:b/>
                <w:sz w:val="17"/>
              </w:rPr>
              <w:t>납부예정일</w:t>
            </w:r>
          </w:p>
        </w:tc>
        <w:tc>
          <w:tcPr>
            <w:tcW w:w="2948" w:type="dxa"/>
            <w:vAlign w:val="center"/>
          </w:tcPr>
          <w:p w14:paraId="64A0D986" w14:textId="77777777" w:rsidR="006756F0" w:rsidRDefault="00E35786">
            <w:pPr>
              <w:spacing w:after="0"/>
              <w:jc w:val="center"/>
            </w:pPr>
            <w:r>
              <w:rPr>
                <w:sz w:val="17"/>
              </w:rPr>
              <w:t>2026. 9.     .</w:t>
            </w:r>
          </w:p>
        </w:tc>
      </w:tr>
      <w:tr w:rsidR="006756F0" w14:paraId="25140838" w14:textId="77777777">
        <w:trPr>
          <w:jc w:val="center"/>
        </w:trPr>
        <w:tc>
          <w:tcPr>
            <w:tcW w:w="1928" w:type="dxa"/>
            <w:shd w:val="clear" w:color="auto" w:fill="F3F3F3"/>
            <w:vAlign w:val="center"/>
          </w:tcPr>
          <w:p w14:paraId="0606D32B" w14:textId="77777777" w:rsidR="006756F0" w:rsidRDefault="00E35786">
            <w:pPr>
              <w:spacing w:after="0"/>
              <w:jc w:val="center"/>
            </w:pPr>
            <w:r>
              <w:rPr>
                <w:b/>
                <w:sz w:val="17"/>
              </w:rPr>
              <w:t>3차 납부예정액</w:t>
            </w:r>
          </w:p>
        </w:tc>
        <w:tc>
          <w:tcPr>
            <w:tcW w:w="3061" w:type="dxa"/>
            <w:vAlign w:val="center"/>
          </w:tcPr>
          <w:p w14:paraId="4EDFD503" w14:textId="77777777" w:rsidR="006756F0" w:rsidRDefault="00E35786">
            <w:pPr>
              <w:spacing w:after="0"/>
              <w:jc w:val="center"/>
            </w:pPr>
            <w:r>
              <w:rPr>
                <w:sz w:val="17"/>
              </w:rPr>
              <w:t>원</w:t>
            </w:r>
          </w:p>
        </w:tc>
        <w:tc>
          <w:tcPr>
            <w:tcW w:w="1928" w:type="dxa"/>
            <w:shd w:val="clear" w:color="auto" w:fill="F3F3F3"/>
            <w:vAlign w:val="center"/>
          </w:tcPr>
          <w:p w14:paraId="7BFBBD5C" w14:textId="77777777" w:rsidR="006756F0" w:rsidRDefault="00E35786">
            <w:pPr>
              <w:spacing w:after="0"/>
              <w:jc w:val="center"/>
            </w:pPr>
            <w:r>
              <w:rPr>
                <w:b/>
                <w:sz w:val="17"/>
              </w:rPr>
              <w:t>납부예정일</w:t>
            </w:r>
          </w:p>
        </w:tc>
        <w:tc>
          <w:tcPr>
            <w:tcW w:w="2948" w:type="dxa"/>
            <w:vAlign w:val="center"/>
          </w:tcPr>
          <w:p w14:paraId="039C7A7F" w14:textId="77777777" w:rsidR="006756F0" w:rsidRDefault="00E35786">
            <w:pPr>
              <w:spacing w:after="0"/>
              <w:jc w:val="center"/>
            </w:pPr>
            <w:r>
              <w:rPr>
                <w:sz w:val="17"/>
              </w:rPr>
              <w:t>2026. 10.    .</w:t>
            </w:r>
          </w:p>
        </w:tc>
      </w:tr>
    </w:tbl>
    <w:p w14:paraId="0C8C1B06" w14:textId="77777777" w:rsidR="006756F0" w:rsidRDefault="00E35786">
      <w:pPr>
        <w:spacing w:before="80" w:after="40"/>
      </w:pPr>
      <w:r>
        <w:rPr>
          <w:b/>
          <w:sz w:val="21"/>
        </w:rPr>
        <w:t>3. 분할납부 신청 및 확인</w:t>
      </w:r>
    </w:p>
    <w:p w14:paraId="75F55E03" w14:textId="45520EDE" w:rsidR="006756F0" w:rsidRDefault="00E35786">
      <w:pPr>
        <w:spacing w:after="80"/>
        <w:rPr>
          <w:sz w:val="17"/>
          <w:lang w:eastAsia="ko-KR"/>
        </w:rPr>
      </w:pPr>
      <w:r>
        <w:rPr>
          <w:sz w:val="17"/>
          <w:lang w:eastAsia="ko-KR"/>
        </w:rPr>
        <w:t xml:space="preserve">본인은 개인 사정으로 인하여 2026학년도 2학기 등록금을 위 분할납부 일정에 따라 납부하고자 신청합니다. 각 </w:t>
      </w:r>
      <w:proofErr w:type="spellStart"/>
      <w:r>
        <w:rPr>
          <w:sz w:val="17"/>
          <w:lang w:eastAsia="ko-KR"/>
        </w:rPr>
        <w:t>회차별</w:t>
      </w:r>
      <w:proofErr w:type="spellEnd"/>
      <w:r>
        <w:rPr>
          <w:sz w:val="17"/>
          <w:lang w:eastAsia="ko-KR"/>
        </w:rPr>
        <w:t xml:space="preserve"> 납부기한과 납부금액을 준수하며, 최초 1회분을 2026년 8월 </w:t>
      </w:r>
      <w:r w:rsidR="00842BB0">
        <w:rPr>
          <w:sz w:val="17"/>
          <w:lang w:eastAsia="ko-KR"/>
        </w:rPr>
        <w:t>28</w:t>
      </w:r>
      <w:r>
        <w:rPr>
          <w:sz w:val="17"/>
          <w:lang w:eastAsia="ko-KR"/>
        </w:rPr>
        <w:t>일까지 납부하지 않을 경우 분할납부 신청이 취소 처리될 수 있음을 확인합니다. 또한 2026년 10월 27일까지 등록금 전액을 완납하여야 함을 확인하고 이에 동의합니다.</w:t>
      </w:r>
    </w:p>
    <w:p w14:paraId="78113C47" w14:textId="77777777" w:rsidR="00842BB0" w:rsidRDefault="00842BB0">
      <w:pPr>
        <w:spacing w:after="80"/>
        <w:rPr>
          <w:lang w:eastAsia="ko-KR"/>
        </w:rPr>
      </w:pPr>
    </w:p>
    <w:p w14:paraId="61249911" w14:textId="484263A2" w:rsidR="006756F0" w:rsidRDefault="00E35786">
      <w:pPr>
        <w:spacing w:before="40" w:after="60"/>
        <w:jc w:val="center"/>
        <w:rPr>
          <w:sz w:val="20"/>
        </w:rPr>
      </w:pPr>
      <w:r>
        <w:rPr>
          <w:sz w:val="20"/>
        </w:rPr>
        <w:t>2026년        월        일</w:t>
      </w:r>
    </w:p>
    <w:p w14:paraId="35F510CC" w14:textId="77777777" w:rsidR="00842BB0" w:rsidRDefault="00842BB0">
      <w:pPr>
        <w:spacing w:before="40" w:after="60"/>
        <w:jc w:val="center"/>
      </w:pPr>
    </w:p>
    <w:tbl>
      <w:tblPr>
        <w:tblW w:w="0" w:type="auto"/>
        <w:jc w:val="center"/>
        <w:tblBorders>
          <w:top w:val="single" w:sz="8" w:space="0" w:color="B7B7B7"/>
          <w:left w:val="single" w:sz="8" w:space="0" w:color="B7B7B7"/>
          <w:bottom w:val="single" w:sz="8" w:space="0" w:color="B7B7B7"/>
          <w:right w:val="single" w:sz="8" w:space="0" w:color="B7B7B7"/>
          <w:insideH w:val="single" w:sz="8" w:space="0" w:color="B7B7B7"/>
          <w:insideV w:val="single" w:sz="8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288"/>
        <w:gridCol w:w="1701"/>
        <w:gridCol w:w="3175"/>
      </w:tblGrid>
      <w:tr w:rsidR="006756F0" w14:paraId="0F982AB9" w14:textId="77777777">
        <w:trPr>
          <w:jc w:val="center"/>
        </w:trPr>
        <w:tc>
          <w:tcPr>
            <w:tcW w:w="1701" w:type="dxa"/>
            <w:shd w:val="clear" w:color="auto" w:fill="F3F3F3"/>
            <w:vAlign w:val="center"/>
          </w:tcPr>
          <w:p w14:paraId="5411044E" w14:textId="77777777" w:rsidR="006756F0" w:rsidRDefault="00E35786">
            <w:pPr>
              <w:spacing w:after="0"/>
              <w:jc w:val="center"/>
            </w:pPr>
            <w:r>
              <w:rPr>
                <w:b/>
                <w:sz w:val="17"/>
              </w:rPr>
              <w:t>신청인 성명</w:t>
            </w:r>
          </w:p>
        </w:tc>
        <w:tc>
          <w:tcPr>
            <w:tcW w:w="3288" w:type="dxa"/>
            <w:vAlign w:val="center"/>
          </w:tcPr>
          <w:p w14:paraId="2BDF0A17" w14:textId="77777777" w:rsidR="006756F0" w:rsidRDefault="00E35786">
            <w:pPr>
              <w:spacing w:after="0"/>
            </w:pPr>
            <w:r>
              <w:rPr>
                <w:sz w:val="17"/>
              </w:rPr>
              <w:t xml:space="preserve">                         (서명 또는 인)</w:t>
            </w:r>
          </w:p>
        </w:tc>
        <w:tc>
          <w:tcPr>
            <w:tcW w:w="1701" w:type="dxa"/>
            <w:shd w:val="clear" w:color="auto" w:fill="F3F3F3"/>
            <w:vAlign w:val="center"/>
          </w:tcPr>
          <w:p w14:paraId="2692E175" w14:textId="77777777" w:rsidR="006756F0" w:rsidRDefault="00E35786">
            <w:pPr>
              <w:spacing w:after="0"/>
              <w:jc w:val="center"/>
            </w:pPr>
            <w:r>
              <w:rPr>
                <w:b/>
                <w:sz w:val="17"/>
              </w:rPr>
              <w:t>보호자 성명</w:t>
            </w:r>
          </w:p>
        </w:tc>
        <w:tc>
          <w:tcPr>
            <w:tcW w:w="3175" w:type="dxa"/>
            <w:vAlign w:val="center"/>
          </w:tcPr>
          <w:p w14:paraId="6BE01BD2" w14:textId="77777777" w:rsidR="006756F0" w:rsidRDefault="00E35786">
            <w:pPr>
              <w:spacing w:after="0"/>
            </w:pPr>
            <w:r>
              <w:rPr>
                <w:sz w:val="17"/>
              </w:rPr>
              <w:t xml:space="preserve">                         (서명 또는 인)</w:t>
            </w:r>
          </w:p>
        </w:tc>
      </w:tr>
      <w:tr w:rsidR="006756F0" w14:paraId="24B727F3" w14:textId="77777777">
        <w:trPr>
          <w:jc w:val="center"/>
        </w:trPr>
        <w:tc>
          <w:tcPr>
            <w:tcW w:w="1701" w:type="dxa"/>
            <w:shd w:val="clear" w:color="auto" w:fill="F3F3F3"/>
            <w:vAlign w:val="center"/>
          </w:tcPr>
          <w:p w14:paraId="5BABB02E" w14:textId="77777777" w:rsidR="006756F0" w:rsidRDefault="00E35786">
            <w:pPr>
              <w:spacing w:after="0"/>
              <w:jc w:val="center"/>
            </w:pPr>
            <w:r>
              <w:rPr>
                <w:b/>
                <w:sz w:val="17"/>
              </w:rPr>
              <w:t>연락처</w:t>
            </w:r>
          </w:p>
        </w:tc>
        <w:tc>
          <w:tcPr>
            <w:tcW w:w="3288" w:type="dxa"/>
            <w:vAlign w:val="center"/>
          </w:tcPr>
          <w:p w14:paraId="6492BEA8" w14:textId="77777777" w:rsidR="006756F0" w:rsidRDefault="006756F0">
            <w:pPr>
              <w:spacing w:after="0"/>
            </w:pPr>
          </w:p>
        </w:tc>
        <w:tc>
          <w:tcPr>
            <w:tcW w:w="1701" w:type="dxa"/>
            <w:shd w:val="clear" w:color="auto" w:fill="F3F3F3"/>
            <w:vAlign w:val="center"/>
          </w:tcPr>
          <w:p w14:paraId="6CA92D16" w14:textId="77777777" w:rsidR="006756F0" w:rsidRDefault="00E35786">
            <w:pPr>
              <w:spacing w:after="0"/>
              <w:jc w:val="center"/>
            </w:pPr>
            <w:r>
              <w:rPr>
                <w:b/>
                <w:sz w:val="17"/>
              </w:rPr>
              <w:t>보호자 연락처</w:t>
            </w:r>
          </w:p>
        </w:tc>
        <w:tc>
          <w:tcPr>
            <w:tcW w:w="3175" w:type="dxa"/>
            <w:vAlign w:val="center"/>
          </w:tcPr>
          <w:p w14:paraId="3133A113" w14:textId="77777777" w:rsidR="006756F0" w:rsidRDefault="006756F0">
            <w:pPr>
              <w:spacing w:after="0"/>
            </w:pPr>
          </w:p>
        </w:tc>
      </w:tr>
    </w:tbl>
    <w:p w14:paraId="2682C5E8" w14:textId="77777777" w:rsidR="00842BB0" w:rsidRDefault="00842BB0" w:rsidP="00842BB0">
      <w:pPr>
        <w:spacing w:before="120"/>
        <w:rPr>
          <w:rFonts w:hint="eastAsia"/>
          <w:b/>
          <w:sz w:val="23"/>
          <w:lang w:eastAsia="ko-KR"/>
        </w:rPr>
      </w:pPr>
    </w:p>
    <w:p w14:paraId="21846B26" w14:textId="15923EE0" w:rsidR="006756F0" w:rsidRPr="00842BB0" w:rsidRDefault="00E35786">
      <w:pPr>
        <w:spacing w:before="120"/>
        <w:jc w:val="center"/>
        <w:rPr>
          <w:sz w:val="28"/>
          <w:szCs w:val="36"/>
          <w:lang w:eastAsia="ko-KR"/>
        </w:rPr>
      </w:pPr>
      <w:r w:rsidRPr="00842BB0">
        <w:rPr>
          <w:b/>
          <w:sz w:val="36"/>
          <w:szCs w:val="36"/>
          <w:lang w:eastAsia="ko-KR"/>
        </w:rPr>
        <w:t>웅지세무대학교 총장 귀하</w:t>
      </w:r>
    </w:p>
    <w:sectPr w:rsidR="006756F0" w:rsidRPr="00842BB0" w:rsidSect="00034616">
      <w:pgSz w:w="12240" w:h="15840"/>
      <w:pgMar w:top="794" w:right="964" w:bottom="794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8AA91" w14:textId="77777777" w:rsidR="002D1D42" w:rsidRDefault="002D1D42" w:rsidP="00E5673E">
      <w:pPr>
        <w:spacing w:after="0" w:line="240" w:lineRule="auto"/>
      </w:pPr>
      <w:r>
        <w:separator/>
      </w:r>
    </w:p>
  </w:endnote>
  <w:endnote w:type="continuationSeparator" w:id="0">
    <w:p w14:paraId="6C4EFBF2" w14:textId="77777777" w:rsidR="002D1D42" w:rsidRDefault="002D1D42" w:rsidP="00E56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AE944" w14:textId="77777777" w:rsidR="002D1D42" w:rsidRDefault="002D1D42" w:rsidP="00E5673E">
      <w:pPr>
        <w:spacing w:after="0" w:line="240" w:lineRule="auto"/>
      </w:pPr>
      <w:r>
        <w:separator/>
      </w:r>
    </w:p>
  </w:footnote>
  <w:footnote w:type="continuationSeparator" w:id="0">
    <w:p w14:paraId="0C6A1C17" w14:textId="77777777" w:rsidR="002D1D42" w:rsidRDefault="002D1D42" w:rsidP="00E567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D1D42"/>
    <w:rsid w:val="00326F90"/>
    <w:rsid w:val="006756F0"/>
    <w:rsid w:val="00842BB0"/>
    <w:rsid w:val="00AA1D8D"/>
    <w:rsid w:val="00AE7C57"/>
    <w:rsid w:val="00B47730"/>
    <w:rsid w:val="00CB0664"/>
    <w:rsid w:val="00E35786"/>
    <w:rsid w:val="00E567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99B81A3"/>
  <w14:defaultImageDpi w14:val="300"/>
  <w15:docId w15:val="{9641CE1A-B4F3-48A2-BBC2-34F08F5EC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9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wat</cp:lastModifiedBy>
  <cp:revision>3</cp:revision>
  <dcterms:created xsi:type="dcterms:W3CDTF">2026-08-19T00:32:00Z</dcterms:created>
  <dcterms:modified xsi:type="dcterms:W3CDTF">2026-08-19T02:12:00Z</dcterms:modified>
  <cp:category/>
</cp:coreProperties>
</file>